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87A0B" w14:textId="77777777" w:rsidR="002B3114" w:rsidRDefault="00064599" w:rsidP="00064599">
      <w:pPr>
        <w:jc w:val="center"/>
      </w:pPr>
      <w:r>
        <w:rPr>
          <w:noProof/>
        </w:rPr>
        <w:drawing>
          <wp:inline distT="0" distB="0" distL="0" distR="0" wp14:anchorId="5B8BDA42" wp14:editId="1F40F86F">
            <wp:extent cx="2286000" cy="6766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temp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67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EB07D" w14:textId="77777777" w:rsidR="002B3114" w:rsidRDefault="002B3114"/>
    <w:p w14:paraId="7195A9F6" w14:textId="4872A9E9" w:rsidR="002B3114" w:rsidRDefault="00064599" w:rsidP="00064599">
      <w:pPr>
        <w:pStyle w:val="Ttulo1"/>
        <w:jc w:val="center"/>
      </w:pPr>
      <w:r>
        <w:t xml:space="preserve">RELAÇÃO DE EMPRESAS PARCEIRAS </w:t>
      </w:r>
      <w:r w:rsidR="001932A5">
        <w:t>–</w:t>
      </w:r>
      <w:r>
        <w:t xml:space="preserve"> CONVÊNIO</w:t>
      </w:r>
    </w:p>
    <w:p w14:paraId="1231202E" w14:textId="77777777" w:rsidR="001932A5" w:rsidRDefault="001932A5" w:rsidP="001932A5"/>
    <w:p w14:paraId="30A59683" w14:textId="77777777" w:rsidR="001932A5" w:rsidRPr="001932A5" w:rsidRDefault="001932A5" w:rsidP="001932A5"/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2B3114" w14:paraId="6D71CCD9" w14:textId="77777777">
        <w:tc>
          <w:tcPr>
            <w:tcW w:w="2880" w:type="dxa"/>
          </w:tcPr>
          <w:p w14:paraId="15A63AA1" w14:textId="77777777" w:rsidR="002B3114" w:rsidRDefault="00064599">
            <w:r>
              <w:t>EMPRESA</w:t>
            </w:r>
          </w:p>
        </w:tc>
        <w:tc>
          <w:tcPr>
            <w:tcW w:w="2880" w:type="dxa"/>
          </w:tcPr>
          <w:p w14:paraId="2523FA7F" w14:textId="77777777" w:rsidR="002B3114" w:rsidRDefault="00064599">
            <w:r>
              <w:t>BENEFÍCIO</w:t>
            </w:r>
          </w:p>
        </w:tc>
        <w:tc>
          <w:tcPr>
            <w:tcW w:w="2880" w:type="dxa"/>
          </w:tcPr>
          <w:p w14:paraId="704DA2F7" w14:textId="77777777" w:rsidR="002B3114" w:rsidRDefault="00064599">
            <w:r>
              <w:t>ATENDIMENTO</w:t>
            </w:r>
          </w:p>
        </w:tc>
      </w:tr>
      <w:tr w:rsidR="002B3114" w14:paraId="724891C7" w14:textId="77777777">
        <w:tc>
          <w:tcPr>
            <w:tcW w:w="2880" w:type="dxa"/>
          </w:tcPr>
          <w:p w14:paraId="41CC890F" w14:textId="77777777" w:rsidR="002B3114" w:rsidRDefault="00064599">
            <w:r>
              <w:t>UNOPAR</w:t>
            </w:r>
          </w:p>
        </w:tc>
        <w:tc>
          <w:tcPr>
            <w:tcW w:w="2880" w:type="dxa"/>
          </w:tcPr>
          <w:p w14:paraId="5EB2D166" w14:textId="77777777" w:rsidR="002B3114" w:rsidRDefault="00064599">
            <w:r>
              <w:t>20% a partir da 2ª mensalidade</w:t>
            </w:r>
          </w:p>
        </w:tc>
        <w:tc>
          <w:tcPr>
            <w:tcW w:w="2880" w:type="dxa"/>
          </w:tcPr>
          <w:p w14:paraId="0D1824CD" w14:textId="77777777" w:rsidR="002B3114" w:rsidRDefault="00064599">
            <w:r>
              <w:t>Empresários, colaboradores e seus dependentes</w:t>
            </w:r>
          </w:p>
        </w:tc>
      </w:tr>
      <w:tr w:rsidR="002B3114" w14:paraId="0267C2E9" w14:textId="77777777">
        <w:tc>
          <w:tcPr>
            <w:tcW w:w="2880" w:type="dxa"/>
          </w:tcPr>
          <w:p w14:paraId="650D802B" w14:textId="77777777" w:rsidR="002B3114" w:rsidRDefault="00064599">
            <w:r>
              <w:t>Colégio Armado Xavier</w:t>
            </w:r>
          </w:p>
        </w:tc>
        <w:tc>
          <w:tcPr>
            <w:tcW w:w="2880" w:type="dxa"/>
          </w:tcPr>
          <w:p w14:paraId="51FADBA5" w14:textId="77777777" w:rsidR="002B3114" w:rsidRDefault="00064599">
            <w:r>
              <w:t>15% a partir da 2ª mensalidade</w:t>
            </w:r>
          </w:p>
        </w:tc>
        <w:tc>
          <w:tcPr>
            <w:tcW w:w="2880" w:type="dxa"/>
          </w:tcPr>
          <w:p w14:paraId="1FC9239B" w14:textId="77777777" w:rsidR="002B3114" w:rsidRDefault="00064599">
            <w:r>
              <w:t>Empresários, colaboradores e seus dependentes</w:t>
            </w:r>
          </w:p>
        </w:tc>
      </w:tr>
      <w:tr w:rsidR="002B3114" w14:paraId="0BE3606F" w14:textId="77777777">
        <w:tc>
          <w:tcPr>
            <w:tcW w:w="2880" w:type="dxa"/>
          </w:tcPr>
          <w:p w14:paraId="61AD10B3" w14:textId="77777777" w:rsidR="002B3114" w:rsidRDefault="00064599">
            <w:r>
              <w:t>Faculdade AGES</w:t>
            </w:r>
          </w:p>
        </w:tc>
        <w:tc>
          <w:tcPr>
            <w:tcW w:w="2880" w:type="dxa"/>
          </w:tcPr>
          <w:p w14:paraId="47669BBD" w14:textId="77777777" w:rsidR="002B3114" w:rsidRDefault="00064599">
            <w:r>
              <w:t>A partir de 50% (exceto medicina)</w:t>
            </w:r>
          </w:p>
        </w:tc>
        <w:tc>
          <w:tcPr>
            <w:tcW w:w="2880" w:type="dxa"/>
          </w:tcPr>
          <w:p w14:paraId="4671840A" w14:textId="77777777" w:rsidR="002B3114" w:rsidRDefault="00064599">
            <w:r>
              <w:t>Empresários, colaboradores e seus dependentes</w:t>
            </w:r>
          </w:p>
        </w:tc>
      </w:tr>
      <w:tr w:rsidR="002B3114" w14:paraId="19A715D7" w14:textId="77777777">
        <w:tc>
          <w:tcPr>
            <w:tcW w:w="2880" w:type="dxa"/>
          </w:tcPr>
          <w:p w14:paraId="2CF72BE9" w14:textId="77777777" w:rsidR="002B3114" w:rsidRDefault="00064599">
            <w:r>
              <w:t>Colégio Aquarela</w:t>
            </w:r>
          </w:p>
        </w:tc>
        <w:tc>
          <w:tcPr>
            <w:tcW w:w="2880" w:type="dxa"/>
          </w:tcPr>
          <w:p w14:paraId="215C5C38" w14:textId="7FAA9D61" w:rsidR="002B3114" w:rsidRDefault="00064599">
            <w:r>
              <w:t>25%</w:t>
            </w:r>
            <w:r w:rsidR="0008329D">
              <w:t xml:space="preserve"> </w:t>
            </w:r>
            <w:proofErr w:type="spellStart"/>
            <w:r w:rsidR="0008329D">
              <w:t>na</w:t>
            </w:r>
            <w:proofErr w:type="spellEnd"/>
            <w:r w:rsidR="0008329D">
              <w:t xml:space="preserve"> </w:t>
            </w:r>
            <w:proofErr w:type="spellStart"/>
            <w:r w:rsidR="0008329D">
              <w:t>mensalidade</w:t>
            </w:r>
            <w:proofErr w:type="spellEnd"/>
          </w:p>
        </w:tc>
        <w:tc>
          <w:tcPr>
            <w:tcW w:w="2880" w:type="dxa"/>
          </w:tcPr>
          <w:p w14:paraId="6F4A8A43" w14:textId="77777777" w:rsidR="002B3114" w:rsidRDefault="00064599">
            <w:r>
              <w:t>Empresários, colaboradores e seus dependentes</w:t>
            </w:r>
          </w:p>
        </w:tc>
      </w:tr>
      <w:tr w:rsidR="002B3114" w14:paraId="5B3CB05F" w14:textId="77777777">
        <w:tc>
          <w:tcPr>
            <w:tcW w:w="2880" w:type="dxa"/>
          </w:tcPr>
          <w:p w14:paraId="39FDA95B" w14:textId="77777777" w:rsidR="002B3114" w:rsidRDefault="00064599">
            <w:r>
              <w:t>LAPEC</w:t>
            </w:r>
          </w:p>
        </w:tc>
        <w:tc>
          <w:tcPr>
            <w:tcW w:w="2880" w:type="dxa"/>
          </w:tcPr>
          <w:p w14:paraId="5356D024" w14:textId="77777777" w:rsidR="002B3114" w:rsidRDefault="00064599">
            <w:r>
              <w:t>25% (exceto biópsias, DNA e genéticos)</w:t>
            </w:r>
          </w:p>
        </w:tc>
        <w:tc>
          <w:tcPr>
            <w:tcW w:w="2880" w:type="dxa"/>
          </w:tcPr>
          <w:p w14:paraId="447BC4E0" w14:textId="77777777" w:rsidR="002B3114" w:rsidRDefault="00064599">
            <w:r>
              <w:t>Empresários, colaboradores e seus dependentes</w:t>
            </w:r>
          </w:p>
        </w:tc>
      </w:tr>
      <w:tr w:rsidR="002B3114" w14:paraId="1922131A" w14:textId="77777777">
        <w:tc>
          <w:tcPr>
            <w:tcW w:w="2880" w:type="dxa"/>
          </w:tcPr>
          <w:p w14:paraId="42471509" w14:textId="77777777" w:rsidR="002B3114" w:rsidRDefault="00064599">
            <w:r>
              <w:t>Audioclin</w:t>
            </w:r>
          </w:p>
        </w:tc>
        <w:tc>
          <w:tcPr>
            <w:tcW w:w="2880" w:type="dxa"/>
          </w:tcPr>
          <w:p w14:paraId="3BFEE305" w14:textId="77777777" w:rsidR="002B3114" w:rsidRDefault="00064599">
            <w:r>
              <w:t>20% (exames oftalmo, fono, aparelhos auditivos e ótica)</w:t>
            </w:r>
          </w:p>
        </w:tc>
        <w:tc>
          <w:tcPr>
            <w:tcW w:w="2880" w:type="dxa"/>
          </w:tcPr>
          <w:p w14:paraId="3C580E1C" w14:textId="77777777" w:rsidR="002B3114" w:rsidRDefault="00064599">
            <w:r>
              <w:t>Empresários, colaboradores e seus dependentes</w:t>
            </w:r>
          </w:p>
        </w:tc>
      </w:tr>
      <w:tr w:rsidR="002B3114" w14:paraId="43B9DDCB" w14:textId="77777777">
        <w:tc>
          <w:tcPr>
            <w:tcW w:w="2880" w:type="dxa"/>
          </w:tcPr>
          <w:p w14:paraId="4B43987F" w14:textId="77777777" w:rsidR="002B3114" w:rsidRDefault="00064599">
            <w:r>
              <w:t>L A Humana</w:t>
            </w:r>
          </w:p>
        </w:tc>
        <w:tc>
          <w:tcPr>
            <w:tcW w:w="2880" w:type="dxa"/>
          </w:tcPr>
          <w:p w14:paraId="7B3E27FC" w14:textId="4514E324" w:rsidR="002B3114" w:rsidRDefault="00064599">
            <w:r>
              <w:t>20%</w:t>
            </w:r>
            <w:r w:rsidR="0008329D">
              <w:t xml:space="preserve"> </w:t>
            </w:r>
            <w:proofErr w:type="spellStart"/>
            <w:r w:rsidR="0008329D">
              <w:t>em</w:t>
            </w:r>
            <w:proofErr w:type="spellEnd"/>
            <w:r w:rsidR="0008329D">
              <w:t xml:space="preserve"> </w:t>
            </w:r>
            <w:proofErr w:type="spellStart"/>
            <w:r w:rsidR="0008329D">
              <w:t>todos</w:t>
            </w:r>
            <w:proofErr w:type="spellEnd"/>
            <w:r w:rsidR="0008329D">
              <w:t xml:space="preserve"> </w:t>
            </w:r>
            <w:proofErr w:type="spellStart"/>
            <w:r w:rsidR="0008329D">
              <w:t>os</w:t>
            </w:r>
            <w:proofErr w:type="spellEnd"/>
            <w:r w:rsidR="0008329D">
              <w:t xml:space="preserve"> </w:t>
            </w:r>
            <w:proofErr w:type="spellStart"/>
            <w:r w:rsidR="0008329D">
              <w:t>exames</w:t>
            </w:r>
            <w:proofErr w:type="spellEnd"/>
            <w:r w:rsidR="0008329D">
              <w:t xml:space="preserve"> </w:t>
            </w:r>
          </w:p>
        </w:tc>
        <w:tc>
          <w:tcPr>
            <w:tcW w:w="2880" w:type="dxa"/>
          </w:tcPr>
          <w:p w14:paraId="1A90E550" w14:textId="77777777" w:rsidR="002B3114" w:rsidRDefault="00064599">
            <w:r>
              <w:t>Empresários, colaboradores e seus dependentes</w:t>
            </w:r>
          </w:p>
        </w:tc>
      </w:tr>
      <w:tr w:rsidR="002B3114" w14:paraId="4FA9E5E9" w14:textId="77777777">
        <w:tc>
          <w:tcPr>
            <w:tcW w:w="2880" w:type="dxa"/>
          </w:tcPr>
          <w:p w14:paraId="4C7E8345" w14:textId="77777777" w:rsidR="002B3114" w:rsidRDefault="00064599">
            <w:r>
              <w:t>Tesla Imagem</w:t>
            </w:r>
          </w:p>
        </w:tc>
        <w:tc>
          <w:tcPr>
            <w:tcW w:w="2880" w:type="dxa"/>
          </w:tcPr>
          <w:p w14:paraId="2C7ED5B2" w14:textId="77777777" w:rsidR="002B3114" w:rsidRDefault="00064599">
            <w:r>
              <w:t>15% em ressonância magnética</w:t>
            </w:r>
          </w:p>
        </w:tc>
        <w:tc>
          <w:tcPr>
            <w:tcW w:w="2880" w:type="dxa"/>
          </w:tcPr>
          <w:p w14:paraId="18D8C929" w14:textId="77777777" w:rsidR="002B3114" w:rsidRDefault="00064599">
            <w:r>
              <w:t>Empresários, colaboradores e seus dependentes</w:t>
            </w:r>
          </w:p>
        </w:tc>
      </w:tr>
      <w:tr w:rsidR="002B3114" w14:paraId="39132A79" w14:textId="77777777">
        <w:tc>
          <w:tcPr>
            <w:tcW w:w="2880" w:type="dxa"/>
          </w:tcPr>
          <w:p w14:paraId="43E60871" w14:textId="77777777" w:rsidR="002B3114" w:rsidRDefault="00064599">
            <w:r>
              <w:t>Bioimagem</w:t>
            </w:r>
          </w:p>
        </w:tc>
        <w:tc>
          <w:tcPr>
            <w:tcW w:w="2880" w:type="dxa"/>
          </w:tcPr>
          <w:p w14:paraId="6ADEA6FF" w14:textId="77777777" w:rsidR="002B3114" w:rsidRDefault="00064599">
            <w:r>
              <w:t>Consultar tabela</w:t>
            </w:r>
          </w:p>
        </w:tc>
        <w:tc>
          <w:tcPr>
            <w:tcW w:w="2880" w:type="dxa"/>
          </w:tcPr>
          <w:p w14:paraId="7AB97D91" w14:textId="77777777" w:rsidR="002B3114" w:rsidRDefault="00064599">
            <w:r>
              <w:t>Empresários, colaboradores e seus dependentes</w:t>
            </w:r>
          </w:p>
        </w:tc>
      </w:tr>
      <w:tr w:rsidR="002B3114" w14:paraId="3B9A7910" w14:textId="77777777">
        <w:tc>
          <w:tcPr>
            <w:tcW w:w="2880" w:type="dxa"/>
          </w:tcPr>
          <w:p w14:paraId="2F51351B" w14:textId="77777777" w:rsidR="002B3114" w:rsidRDefault="00064599">
            <w:r>
              <w:t>Clínica Lar Protegido</w:t>
            </w:r>
          </w:p>
        </w:tc>
        <w:tc>
          <w:tcPr>
            <w:tcW w:w="2880" w:type="dxa"/>
          </w:tcPr>
          <w:p w14:paraId="596F1BC8" w14:textId="77777777" w:rsidR="002B3114" w:rsidRDefault="00064599">
            <w:r>
              <w:t>Consultar tabela</w:t>
            </w:r>
          </w:p>
        </w:tc>
        <w:tc>
          <w:tcPr>
            <w:tcW w:w="2880" w:type="dxa"/>
          </w:tcPr>
          <w:p w14:paraId="1689B2BB" w14:textId="77777777" w:rsidR="002B3114" w:rsidRDefault="00064599">
            <w:r>
              <w:t>Empresários, colaboradores e seus dependentes</w:t>
            </w:r>
          </w:p>
        </w:tc>
      </w:tr>
      <w:tr w:rsidR="002B3114" w14:paraId="5C91D80F" w14:textId="77777777">
        <w:tc>
          <w:tcPr>
            <w:tcW w:w="2880" w:type="dxa"/>
          </w:tcPr>
          <w:p w14:paraId="30233F71" w14:textId="77777777" w:rsidR="002B3114" w:rsidRDefault="00064599">
            <w:r>
              <w:t>RH Inova</w:t>
            </w:r>
          </w:p>
        </w:tc>
        <w:tc>
          <w:tcPr>
            <w:tcW w:w="2880" w:type="dxa"/>
          </w:tcPr>
          <w:p w14:paraId="5345A9B7" w14:textId="77777777" w:rsidR="002B3114" w:rsidRDefault="00064599">
            <w:r>
              <w:t>Entre 20% e 50% (assessoria em RH)</w:t>
            </w:r>
          </w:p>
        </w:tc>
        <w:tc>
          <w:tcPr>
            <w:tcW w:w="2880" w:type="dxa"/>
          </w:tcPr>
          <w:p w14:paraId="328CBF40" w14:textId="77777777" w:rsidR="002B3114" w:rsidRDefault="00064599">
            <w:r>
              <w:t>Empresários</w:t>
            </w:r>
          </w:p>
        </w:tc>
      </w:tr>
    </w:tbl>
    <w:p w14:paraId="09A48173" w14:textId="77777777" w:rsidR="00064599" w:rsidRDefault="00064599"/>
    <w:sectPr w:rsidR="0000000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64539167">
    <w:abstractNumId w:val="8"/>
  </w:num>
  <w:num w:numId="2" w16cid:durableId="1619529778">
    <w:abstractNumId w:val="6"/>
  </w:num>
  <w:num w:numId="3" w16cid:durableId="1213351378">
    <w:abstractNumId w:val="5"/>
  </w:num>
  <w:num w:numId="4" w16cid:durableId="163327386">
    <w:abstractNumId w:val="4"/>
  </w:num>
  <w:num w:numId="5" w16cid:durableId="1467578513">
    <w:abstractNumId w:val="7"/>
  </w:num>
  <w:num w:numId="6" w16cid:durableId="921764823">
    <w:abstractNumId w:val="3"/>
  </w:num>
  <w:num w:numId="7" w16cid:durableId="935213753">
    <w:abstractNumId w:val="2"/>
  </w:num>
  <w:num w:numId="8" w16cid:durableId="673841312">
    <w:abstractNumId w:val="1"/>
  </w:num>
  <w:num w:numId="9" w16cid:durableId="1212112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64599"/>
    <w:rsid w:val="0008329D"/>
    <w:rsid w:val="0015074B"/>
    <w:rsid w:val="001932A5"/>
    <w:rsid w:val="0029639D"/>
    <w:rsid w:val="002B3114"/>
    <w:rsid w:val="00326F90"/>
    <w:rsid w:val="005F72C3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76212311-8517-4E4C-B144-647B3F144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 Mana</cp:lastModifiedBy>
  <cp:revision>4</cp:revision>
  <dcterms:created xsi:type="dcterms:W3CDTF">2013-12-23T23:15:00Z</dcterms:created>
  <dcterms:modified xsi:type="dcterms:W3CDTF">2025-11-11T18:43:00Z</dcterms:modified>
  <cp:category/>
</cp:coreProperties>
</file>